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B90D3F" w14:textId="76082342" w:rsidR="00353870" w:rsidRDefault="00000000">
      <w:pPr>
        <w:spacing w:after="80"/>
        <w:jc w:val="center"/>
        <w:rPr>
          <w:lang w:eastAsia="ja-JP"/>
        </w:rPr>
      </w:pPr>
      <w:r>
        <w:rPr>
          <w:b/>
          <w:sz w:val="32"/>
          <w:lang w:eastAsia="ja-JP"/>
        </w:rPr>
        <w:t>兵庫こども食堂ネットワーク　エリアチーム</w:t>
      </w:r>
      <w:r w:rsidR="00315A75">
        <w:rPr>
          <w:rFonts w:hint="eastAsia"/>
          <w:b/>
          <w:sz w:val="32"/>
          <w:lang w:eastAsia="ja-JP"/>
        </w:rPr>
        <w:t>退会</w:t>
      </w:r>
      <w:r>
        <w:rPr>
          <w:b/>
          <w:sz w:val="32"/>
          <w:lang w:eastAsia="ja-JP"/>
        </w:rPr>
        <w:t>届</w:t>
      </w:r>
    </w:p>
    <w:p w14:paraId="083E0E72" w14:textId="16BF973E" w:rsidR="00353870" w:rsidRDefault="00000000">
      <w:pPr>
        <w:spacing w:after="120"/>
        <w:rPr>
          <w:lang w:eastAsia="ja-JP"/>
        </w:rPr>
      </w:pPr>
      <w:r>
        <w:rPr>
          <w:sz w:val="19"/>
          <w:lang w:eastAsia="ja-JP"/>
        </w:rPr>
        <w:t>所属エリアチームからの</w:t>
      </w:r>
      <w:r w:rsidR="00315A75">
        <w:rPr>
          <w:rFonts w:hint="eastAsia"/>
          <w:sz w:val="19"/>
          <w:lang w:eastAsia="ja-JP"/>
        </w:rPr>
        <w:t>退会</w:t>
      </w:r>
      <w:r>
        <w:rPr>
          <w:sz w:val="19"/>
          <w:lang w:eastAsia="ja-JP"/>
        </w:rPr>
        <w:t>を希望する場合は、必要事項をご記入のうえ、所属エリアチームへご提出ください。</w:t>
      </w:r>
    </w:p>
    <w:p w14:paraId="4FBCD5BF" w14:textId="77777777" w:rsidR="00353870" w:rsidRDefault="00000000">
      <w:pPr>
        <w:spacing w:before="120" w:after="60"/>
      </w:pPr>
      <w:r>
        <w:rPr>
          <w:b/>
          <w:sz w:val="22"/>
        </w:rPr>
        <w:t>1．届出者情報</w:t>
      </w:r>
    </w:p>
    <w:tbl>
      <w:tblPr>
        <w:tblStyle w:val="afe"/>
        <w:tblW w:w="0" w:type="auto"/>
        <w:jc w:val="center"/>
        <w:tblLook w:val="04A0" w:firstRow="1" w:lastRow="0" w:firstColumn="1" w:lastColumn="0" w:noHBand="0" w:noVBand="1"/>
      </w:tblPr>
      <w:tblGrid>
        <w:gridCol w:w="2381"/>
        <w:gridCol w:w="7937"/>
      </w:tblGrid>
      <w:tr w:rsidR="00353870" w14:paraId="468D7D51" w14:textId="77777777">
        <w:trPr>
          <w:trHeight w:val="440"/>
          <w:jc w:val="center"/>
        </w:trPr>
        <w:tc>
          <w:tcPr>
            <w:tcW w:w="2381" w:type="dxa"/>
            <w:shd w:val="clear" w:color="auto" w:fill="EDEDED"/>
            <w:tcMar>
              <w:top w:w="80" w:type="dxa"/>
              <w:left w:w="100" w:type="dxa"/>
              <w:bottom w:w="80" w:type="dxa"/>
              <w:right w:w="100" w:type="dxa"/>
            </w:tcMar>
            <w:vAlign w:val="center"/>
          </w:tcPr>
          <w:p w14:paraId="1A60F248" w14:textId="77777777" w:rsidR="00353870" w:rsidRDefault="00000000">
            <w:r>
              <w:rPr>
                <w:b/>
                <w:sz w:val="19"/>
              </w:rPr>
              <w:t>所属エリアチーム</w:t>
            </w:r>
          </w:p>
        </w:tc>
        <w:tc>
          <w:tcPr>
            <w:tcW w:w="7937" w:type="dxa"/>
            <w:tcMar>
              <w:top w:w="80" w:type="dxa"/>
              <w:left w:w="100" w:type="dxa"/>
              <w:bottom w:w="80" w:type="dxa"/>
              <w:right w:w="100" w:type="dxa"/>
            </w:tcMar>
            <w:vAlign w:val="center"/>
          </w:tcPr>
          <w:p w14:paraId="143B6B3B" w14:textId="38E8BE94" w:rsidR="00353870" w:rsidRDefault="00353870">
            <w:pPr>
              <w:rPr>
                <w:lang w:eastAsia="ja-JP"/>
              </w:rPr>
            </w:pPr>
          </w:p>
        </w:tc>
      </w:tr>
      <w:tr w:rsidR="00353870" w14:paraId="3EEE79AB" w14:textId="77777777">
        <w:trPr>
          <w:trHeight w:val="440"/>
          <w:jc w:val="center"/>
        </w:trPr>
        <w:tc>
          <w:tcPr>
            <w:tcW w:w="2381" w:type="dxa"/>
            <w:shd w:val="clear" w:color="auto" w:fill="EDEDED"/>
            <w:tcMar>
              <w:top w:w="80" w:type="dxa"/>
              <w:left w:w="100" w:type="dxa"/>
              <w:bottom w:w="80" w:type="dxa"/>
              <w:right w:w="100" w:type="dxa"/>
            </w:tcMar>
            <w:vAlign w:val="center"/>
          </w:tcPr>
          <w:p w14:paraId="3D0D5FD2" w14:textId="77777777" w:rsidR="00353870" w:rsidRDefault="00000000">
            <w:r>
              <w:rPr>
                <w:b/>
                <w:sz w:val="19"/>
              </w:rPr>
              <w:t>こども食堂・活動名</w:t>
            </w:r>
          </w:p>
        </w:tc>
        <w:tc>
          <w:tcPr>
            <w:tcW w:w="7937" w:type="dxa"/>
            <w:tcMar>
              <w:top w:w="80" w:type="dxa"/>
              <w:left w:w="100" w:type="dxa"/>
              <w:bottom w:w="80" w:type="dxa"/>
              <w:right w:w="100" w:type="dxa"/>
            </w:tcMar>
            <w:vAlign w:val="center"/>
          </w:tcPr>
          <w:p w14:paraId="4521DB7F" w14:textId="77777777" w:rsidR="00353870" w:rsidRDefault="00353870"/>
        </w:tc>
      </w:tr>
      <w:tr w:rsidR="00353870" w14:paraId="2DBB1801" w14:textId="77777777">
        <w:trPr>
          <w:trHeight w:val="440"/>
          <w:jc w:val="center"/>
        </w:trPr>
        <w:tc>
          <w:tcPr>
            <w:tcW w:w="2381" w:type="dxa"/>
            <w:shd w:val="clear" w:color="auto" w:fill="EDEDED"/>
            <w:tcMar>
              <w:top w:w="80" w:type="dxa"/>
              <w:left w:w="100" w:type="dxa"/>
              <w:bottom w:w="80" w:type="dxa"/>
              <w:right w:w="100" w:type="dxa"/>
            </w:tcMar>
            <w:vAlign w:val="center"/>
          </w:tcPr>
          <w:p w14:paraId="5DBE697D" w14:textId="77777777" w:rsidR="00353870" w:rsidRDefault="00000000">
            <w:r>
              <w:rPr>
                <w:b/>
                <w:sz w:val="19"/>
              </w:rPr>
              <w:t>運営団体名</w:t>
            </w:r>
          </w:p>
        </w:tc>
        <w:tc>
          <w:tcPr>
            <w:tcW w:w="7937" w:type="dxa"/>
            <w:tcMar>
              <w:top w:w="80" w:type="dxa"/>
              <w:left w:w="100" w:type="dxa"/>
              <w:bottom w:w="80" w:type="dxa"/>
              <w:right w:w="100" w:type="dxa"/>
            </w:tcMar>
            <w:vAlign w:val="center"/>
          </w:tcPr>
          <w:p w14:paraId="6CE1CE7A" w14:textId="77777777" w:rsidR="00353870" w:rsidRDefault="00353870"/>
        </w:tc>
      </w:tr>
      <w:tr w:rsidR="00353870" w14:paraId="3C304294" w14:textId="77777777">
        <w:trPr>
          <w:trHeight w:val="440"/>
          <w:jc w:val="center"/>
        </w:trPr>
        <w:tc>
          <w:tcPr>
            <w:tcW w:w="2381" w:type="dxa"/>
            <w:shd w:val="clear" w:color="auto" w:fill="EDEDED"/>
            <w:tcMar>
              <w:top w:w="80" w:type="dxa"/>
              <w:left w:w="100" w:type="dxa"/>
              <w:bottom w:w="80" w:type="dxa"/>
              <w:right w:w="100" w:type="dxa"/>
            </w:tcMar>
            <w:vAlign w:val="center"/>
          </w:tcPr>
          <w:p w14:paraId="7D94B799" w14:textId="77777777" w:rsidR="00353870" w:rsidRDefault="00000000">
            <w:r>
              <w:rPr>
                <w:b/>
                <w:sz w:val="19"/>
              </w:rPr>
              <w:t>代表者氏名</w:t>
            </w:r>
          </w:p>
        </w:tc>
        <w:tc>
          <w:tcPr>
            <w:tcW w:w="7937" w:type="dxa"/>
            <w:tcMar>
              <w:top w:w="80" w:type="dxa"/>
              <w:left w:w="100" w:type="dxa"/>
              <w:bottom w:w="80" w:type="dxa"/>
              <w:right w:w="100" w:type="dxa"/>
            </w:tcMar>
            <w:vAlign w:val="center"/>
          </w:tcPr>
          <w:p w14:paraId="4D547599" w14:textId="77777777" w:rsidR="00353870" w:rsidRDefault="00353870"/>
        </w:tc>
      </w:tr>
      <w:tr w:rsidR="00353870" w14:paraId="7B7695E4" w14:textId="77777777">
        <w:trPr>
          <w:trHeight w:val="440"/>
          <w:jc w:val="center"/>
        </w:trPr>
        <w:tc>
          <w:tcPr>
            <w:tcW w:w="2381" w:type="dxa"/>
            <w:shd w:val="clear" w:color="auto" w:fill="EDEDED"/>
            <w:tcMar>
              <w:top w:w="80" w:type="dxa"/>
              <w:left w:w="100" w:type="dxa"/>
              <w:bottom w:w="80" w:type="dxa"/>
              <w:right w:w="100" w:type="dxa"/>
            </w:tcMar>
            <w:vAlign w:val="center"/>
          </w:tcPr>
          <w:p w14:paraId="2276F2FF" w14:textId="77777777" w:rsidR="00353870" w:rsidRDefault="00000000">
            <w:r>
              <w:rPr>
                <w:b/>
                <w:sz w:val="19"/>
              </w:rPr>
              <w:t>連絡担当者氏名</w:t>
            </w:r>
          </w:p>
        </w:tc>
        <w:tc>
          <w:tcPr>
            <w:tcW w:w="7937" w:type="dxa"/>
            <w:tcMar>
              <w:top w:w="80" w:type="dxa"/>
              <w:left w:w="100" w:type="dxa"/>
              <w:bottom w:w="80" w:type="dxa"/>
              <w:right w:w="100" w:type="dxa"/>
            </w:tcMar>
            <w:vAlign w:val="center"/>
          </w:tcPr>
          <w:p w14:paraId="4854E233" w14:textId="77777777" w:rsidR="00353870" w:rsidRDefault="00353870"/>
        </w:tc>
      </w:tr>
      <w:tr w:rsidR="00353870" w14:paraId="772E2E9D" w14:textId="77777777">
        <w:trPr>
          <w:trHeight w:val="440"/>
          <w:jc w:val="center"/>
        </w:trPr>
        <w:tc>
          <w:tcPr>
            <w:tcW w:w="2381" w:type="dxa"/>
            <w:shd w:val="clear" w:color="auto" w:fill="EDEDED"/>
            <w:tcMar>
              <w:top w:w="80" w:type="dxa"/>
              <w:left w:w="100" w:type="dxa"/>
              <w:bottom w:w="80" w:type="dxa"/>
              <w:right w:w="100" w:type="dxa"/>
            </w:tcMar>
            <w:vAlign w:val="center"/>
          </w:tcPr>
          <w:p w14:paraId="0F614417" w14:textId="77777777" w:rsidR="00353870" w:rsidRDefault="00000000">
            <w:r>
              <w:rPr>
                <w:b/>
                <w:sz w:val="19"/>
              </w:rPr>
              <w:t>電話番号</w:t>
            </w:r>
          </w:p>
        </w:tc>
        <w:tc>
          <w:tcPr>
            <w:tcW w:w="7937" w:type="dxa"/>
            <w:tcMar>
              <w:top w:w="80" w:type="dxa"/>
              <w:left w:w="100" w:type="dxa"/>
              <w:bottom w:w="80" w:type="dxa"/>
              <w:right w:w="100" w:type="dxa"/>
            </w:tcMar>
            <w:vAlign w:val="center"/>
          </w:tcPr>
          <w:p w14:paraId="217DEE5D" w14:textId="77777777" w:rsidR="00353870" w:rsidRDefault="00353870"/>
        </w:tc>
      </w:tr>
      <w:tr w:rsidR="00353870" w14:paraId="50013B91" w14:textId="77777777">
        <w:trPr>
          <w:trHeight w:val="440"/>
          <w:jc w:val="center"/>
        </w:trPr>
        <w:tc>
          <w:tcPr>
            <w:tcW w:w="2381" w:type="dxa"/>
            <w:shd w:val="clear" w:color="auto" w:fill="EDEDED"/>
            <w:tcMar>
              <w:top w:w="80" w:type="dxa"/>
              <w:left w:w="100" w:type="dxa"/>
              <w:bottom w:w="80" w:type="dxa"/>
              <w:right w:w="100" w:type="dxa"/>
            </w:tcMar>
            <w:vAlign w:val="center"/>
          </w:tcPr>
          <w:p w14:paraId="41BF2C27" w14:textId="77777777" w:rsidR="00353870" w:rsidRDefault="00000000">
            <w:r>
              <w:rPr>
                <w:b/>
                <w:sz w:val="19"/>
              </w:rPr>
              <w:t>登録メールアドレス</w:t>
            </w:r>
          </w:p>
        </w:tc>
        <w:tc>
          <w:tcPr>
            <w:tcW w:w="7937" w:type="dxa"/>
            <w:tcMar>
              <w:top w:w="80" w:type="dxa"/>
              <w:left w:w="100" w:type="dxa"/>
              <w:bottom w:w="80" w:type="dxa"/>
              <w:right w:w="100" w:type="dxa"/>
            </w:tcMar>
            <w:vAlign w:val="center"/>
          </w:tcPr>
          <w:p w14:paraId="5E0DBC64" w14:textId="77777777" w:rsidR="00353870" w:rsidRDefault="00353870"/>
        </w:tc>
      </w:tr>
    </w:tbl>
    <w:p w14:paraId="5A571173" w14:textId="2BED9B5F" w:rsidR="00353870" w:rsidRDefault="00000000">
      <w:pPr>
        <w:spacing w:before="120" w:after="60"/>
      </w:pPr>
      <w:r>
        <w:rPr>
          <w:b/>
          <w:sz w:val="22"/>
        </w:rPr>
        <w:t>2．</w:t>
      </w:r>
      <w:r w:rsidR="004F78D8">
        <w:rPr>
          <w:rFonts w:hint="eastAsia"/>
          <w:b/>
          <w:sz w:val="22"/>
          <w:lang w:eastAsia="ja-JP"/>
        </w:rPr>
        <w:t>退会</w:t>
      </w:r>
      <w:proofErr w:type="spellStart"/>
      <w:r>
        <w:rPr>
          <w:b/>
          <w:sz w:val="22"/>
        </w:rPr>
        <w:t>内容</w:t>
      </w:r>
      <w:proofErr w:type="spellEnd"/>
    </w:p>
    <w:tbl>
      <w:tblPr>
        <w:tblStyle w:val="afe"/>
        <w:tblW w:w="0" w:type="auto"/>
        <w:jc w:val="center"/>
        <w:tblLook w:val="04A0" w:firstRow="1" w:lastRow="0" w:firstColumn="1" w:lastColumn="0" w:noHBand="0" w:noVBand="1"/>
      </w:tblPr>
      <w:tblGrid>
        <w:gridCol w:w="2381"/>
        <w:gridCol w:w="7937"/>
      </w:tblGrid>
      <w:tr w:rsidR="00353870" w14:paraId="0FDDB2E5" w14:textId="77777777">
        <w:trPr>
          <w:trHeight w:val="480"/>
          <w:jc w:val="center"/>
        </w:trPr>
        <w:tc>
          <w:tcPr>
            <w:tcW w:w="2381" w:type="dxa"/>
            <w:shd w:val="clear" w:color="auto" w:fill="EDEDED"/>
            <w:tcMar>
              <w:top w:w="80" w:type="dxa"/>
              <w:left w:w="100" w:type="dxa"/>
              <w:bottom w:w="80" w:type="dxa"/>
              <w:right w:w="100" w:type="dxa"/>
            </w:tcMar>
            <w:vAlign w:val="center"/>
          </w:tcPr>
          <w:p w14:paraId="59455892" w14:textId="0F01BA71" w:rsidR="00353870" w:rsidRDefault="004F78D8">
            <w:r>
              <w:rPr>
                <w:rFonts w:hint="eastAsia"/>
                <w:b/>
                <w:sz w:val="19"/>
                <w:lang w:eastAsia="ja-JP"/>
              </w:rPr>
              <w:t>退会</w:t>
            </w:r>
            <w:proofErr w:type="spellStart"/>
            <w:r w:rsidR="00000000">
              <w:rPr>
                <w:b/>
                <w:sz w:val="19"/>
              </w:rPr>
              <w:t>希望日</w:t>
            </w:r>
            <w:proofErr w:type="spellEnd"/>
          </w:p>
        </w:tc>
        <w:tc>
          <w:tcPr>
            <w:tcW w:w="7937" w:type="dxa"/>
            <w:tcMar>
              <w:top w:w="80" w:type="dxa"/>
              <w:left w:w="100" w:type="dxa"/>
              <w:bottom w:w="80" w:type="dxa"/>
              <w:right w:w="100" w:type="dxa"/>
            </w:tcMar>
            <w:vAlign w:val="center"/>
          </w:tcPr>
          <w:p w14:paraId="5463B32D" w14:textId="77777777" w:rsidR="00353870" w:rsidRDefault="00000000">
            <w:r>
              <w:rPr>
                <w:sz w:val="19"/>
              </w:rPr>
              <w:t xml:space="preserve">　　　　　年　　　月　　　日</w:t>
            </w:r>
          </w:p>
        </w:tc>
      </w:tr>
      <w:tr w:rsidR="00353870" w14:paraId="21D53CDE" w14:textId="77777777">
        <w:trPr>
          <w:trHeight w:val="520"/>
          <w:jc w:val="center"/>
        </w:trPr>
        <w:tc>
          <w:tcPr>
            <w:tcW w:w="2381" w:type="dxa"/>
            <w:shd w:val="clear" w:color="auto" w:fill="EDEDED"/>
            <w:tcMar>
              <w:top w:w="80" w:type="dxa"/>
              <w:left w:w="100" w:type="dxa"/>
              <w:bottom w:w="80" w:type="dxa"/>
              <w:right w:w="100" w:type="dxa"/>
            </w:tcMar>
            <w:vAlign w:val="center"/>
          </w:tcPr>
          <w:p w14:paraId="4724C419" w14:textId="77777777" w:rsidR="00353870" w:rsidRDefault="00000000">
            <w:r>
              <w:rPr>
                <w:b/>
                <w:sz w:val="19"/>
              </w:rPr>
              <w:t>活動の状況</w:t>
            </w:r>
          </w:p>
        </w:tc>
        <w:tc>
          <w:tcPr>
            <w:tcW w:w="7937" w:type="dxa"/>
            <w:tcMar>
              <w:top w:w="80" w:type="dxa"/>
              <w:left w:w="100" w:type="dxa"/>
              <w:bottom w:w="80" w:type="dxa"/>
              <w:right w:w="100" w:type="dxa"/>
            </w:tcMar>
            <w:vAlign w:val="center"/>
          </w:tcPr>
          <w:p w14:paraId="6883C2CE" w14:textId="77777777" w:rsidR="00353870" w:rsidRDefault="00000000">
            <w:pPr>
              <w:rPr>
                <w:lang w:eastAsia="ja-JP"/>
              </w:rPr>
            </w:pPr>
            <w:r>
              <w:rPr>
                <w:sz w:val="19"/>
                <w:lang w:eastAsia="ja-JP"/>
              </w:rPr>
              <w:t>□ 活動継続　□ 休止　□ 終了　□ 団体解散　□ その他（　　　　　　）</w:t>
            </w:r>
          </w:p>
        </w:tc>
      </w:tr>
      <w:tr w:rsidR="00353870" w14:paraId="300FFC8E" w14:textId="77777777" w:rsidTr="00941BC1">
        <w:trPr>
          <w:trHeight w:val="762"/>
          <w:jc w:val="center"/>
        </w:trPr>
        <w:tc>
          <w:tcPr>
            <w:tcW w:w="2381" w:type="dxa"/>
            <w:shd w:val="clear" w:color="auto" w:fill="EDEDED"/>
            <w:tcMar>
              <w:top w:w="80" w:type="dxa"/>
              <w:left w:w="100" w:type="dxa"/>
              <w:bottom w:w="80" w:type="dxa"/>
              <w:right w:w="100" w:type="dxa"/>
            </w:tcMar>
            <w:vAlign w:val="center"/>
          </w:tcPr>
          <w:p w14:paraId="0C8CD6EF" w14:textId="00C0C97A" w:rsidR="00353870" w:rsidRDefault="004F78D8">
            <w:r>
              <w:rPr>
                <w:rFonts w:hint="eastAsia"/>
                <w:b/>
                <w:sz w:val="19"/>
                <w:lang w:eastAsia="ja-JP"/>
              </w:rPr>
              <w:t>退会</w:t>
            </w:r>
            <w:proofErr w:type="spellStart"/>
            <w:r w:rsidR="00000000">
              <w:rPr>
                <w:b/>
                <w:sz w:val="19"/>
              </w:rPr>
              <w:t>理由</w:t>
            </w:r>
            <w:proofErr w:type="spellEnd"/>
          </w:p>
        </w:tc>
        <w:tc>
          <w:tcPr>
            <w:tcW w:w="7937" w:type="dxa"/>
            <w:tcMar>
              <w:top w:w="80" w:type="dxa"/>
              <w:left w:w="100" w:type="dxa"/>
              <w:bottom w:w="80" w:type="dxa"/>
              <w:right w:w="100" w:type="dxa"/>
            </w:tcMar>
            <w:vAlign w:val="center"/>
          </w:tcPr>
          <w:p w14:paraId="121E50D7" w14:textId="77777777" w:rsidR="00353870" w:rsidRDefault="00000000">
            <w:pPr>
              <w:rPr>
                <w:lang w:eastAsia="ja-JP"/>
              </w:rPr>
            </w:pPr>
            <w:r>
              <w:rPr>
                <w:sz w:val="19"/>
                <w:lang w:eastAsia="ja-JP"/>
              </w:rPr>
              <w:t>□ 活動終了・休止　□ 運営体制の変更　□ 他団体・他エリアへの移行</w:t>
            </w:r>
            <w:r>
              <w:rPr>
                <w:sz w:val="19"/>
                <w:lang w:eastAsia="ja-JP"/>
              </w:rPr>
              <w:br/>
              <w:t>□ その他（　　　　　　　　　　　　　　　　　　　　　　　　　　　）</w:t>
            </w:r>
          </w:p>
        </w:tc>
      </w:tr>
      <w:tr w:rsidR="00353870" w14:paraId="45B8A025" w14:textId="77777777" w:rsidTr="00941BC1">
        <w:trPr>
          <w:trHeight w:val="762"/>
          <w:jc w:val="center"/>
        </w:trPr>
        <w:tc>
          <w:tcPr>
            <w:tcW w:w="2381" w:type="dxa"/>
            <w:shd w:val="clear" w:color="auto" w:fill="EDEDED"/>
            <w:tcMar>
              <w:top w:w="80" w:type="dxa"/>
              <w:left w:w="100" w:type="dxa"/>
              <w:bottom w:w="80" w:type="dxa"/>
              <w:right w:w="100" w:type="dxa"/>
            </w:tcMar>
            <w:vAlign w:val="center"/>
          </w:tcPr>
          <w:p w14:paraId="7058B31E" w14:textId="77777777" w:rsidR="00353870" w:rsidRDefault="00000000">
            <w:proofErr w:type="spellStart"/>
            <w:r>
              <w:rPr>
                <w:b/>
                <w:sz w:val="19"/>
              </w:rPr>
              <w:t>連絡・確認事項</w:t>
            </w:r>
            <w:proofErr w:type="spellEnd"/>
          </w:p>
        </w:tc>
        <w:tc>
          <w:tcPr>
            <w:tcW w:w="7937" w:type="dxa"/>
            <w:tcMar>
              <w:top w:w="80" w:type="dxa"/>
              <w:left w:w="100" w:type="dxa"/>
              <w:bottom w:w="80" w:type="dxa"/>
              <w:right w:w="100" w:type="dxa"/>
            </w:tcMar>
            <w:vAlign w:val="center"/>
          </w:tcPr>
          <w:p w14:paraId="15DC7672" w14:textId="77777777" w:rsidR="00353870" w:rsidRDefault="00000000">
            <w:pPr>
              <w:rPr>
                <w:lang w:eastAsia="ja-JP"/>
              </w:rPr>
            </w:pPr>
            <w:r>
              <w:rPr>
                <w:sz w:val="19"/>
                <w:lang w:eastAsia="ja-JP"/>
              </w:rPr>
              <w:t>貸与物、預かり物資、未処理の精算、掲載情報等がある場合にご記入ください。</w:t>
            </w:r>
          </w:p>
        </w:tc>
      </w:tr>
    </w:tbl>
    <w:p w14:paraId="56E49623" w14:textId="77777777" w:rsidR="00353870" w:rsidRDefault="00000000">
      <w:pPr>
        <w:spacing w:before="120" w:after="60"/>
        <w:rPr>
          <w:lang w:eastAsia="ja-JP"/>
        </w:rPr>
      </w:pPr>
      <w:r>
        <w:rPr>
          <w:b/>
          <w:sz w:val="22"/>
          <w:lang w:eastAsia="ja-JP"/>
        </w:rPr>
        <w:t>3．確認事項</w:t>
      </w:r>
    </w:p>
    <w:p w14:paraId="1A60AFBB" w14:textId="2B51FE09" w:rsidR="00353870" w:rsidRDefault="00000000">
      <w:pPr>
        <w:ind w:left="113" w:hanging="113"/>
        <w:rPr>
          <w:lang w:eastAsia="ja-JP"/>
        </w:rPr>
      </w:pPr>
      <w:r>
        <w:rPr>
          <w:sz w:val="18"/>
          <w:lang w:eastAsia="ja-JP"/>
        </w:rPr>
        <w:t xml:space="preserve">□ </w:t>
      </w:r>
      <w:r w:rsidR="00315A75">
        <w:rPr>
          <w:rFonts w:hint="eastAsia"/>
          <w:sz w:val="18"/>
          <w:lang w:eastAsia="ja-JP"/>
        </w:rPr>
        <w:t>退会</w:t>
      </w:r>
      <w:r>
        <w:rPr>
          <w:sz w:val="18"/>
          <w:lang w:eastAsia="ja-JP"/>
        </w:rPr>
        <w:t>日以降、所属エリアチームおよび県ネットワークの連絡網・名簿等から登録情報が削除または利用停止されることを確認しました。</w:t>
      </w:r>
    </w:p>
    <w:p w14:paraId="0A426BCF" w14:textId="77777777" w:rsidR="00353870" w:rsidRDefault="00000000">
      <w:pPr>
        <w:ind w:left="113" w:hanging="113"/>
        <w:rPr>
          <w:lang w:eastAsia="ja-JP"/>
        </w:rPr>
      </w:pPr>
      <w:r>
        <w:rPr>
          <w:sz w:val="18"/>
          <w:lang w:eastAsia="ja-JP"/>
        </w:rPr>
        <w:t>□ ウェブサイト、SNS、広報資料等に掲載されている団体情報について、必要な更新・削除が行われることを確認しました。</w:t>
      </w:r>
    </w:p>
    <w:p w14:paraId="312E93A1" w14:textId="77777777" w:rsidR="00353870" w:rsidRDefault="00000000">
      <w:pPr>
        <w:ind w:left="113" w:hanging="113"/>
        <w:rPr>
          <w:lang w:eastAsia="ja-JP"/>
        </w:rPr>
      </w:pPr>
      <w:r>
        <w:rPr>
          <w:sz w:val="18"/>
          <w:lang w:eastAsia="ja-JP"/>
        </w:rPr>
        <w:t>□ 未処理の物資受渡し、助成・寄付、会計精算、貸与物等がある場合は、所属エリアチームまたは事務局と協議のうえ対応します。</w:t>
      </w:r>
    </w:p>
    <w:p w14:paraId="62E26080" w14:textId="639C67D8" w:rsidR="00353870" w:rsidRDefault="00000000">
      <w:pPr>
        <w:spacing w:before="160"/>
        <w:rPr>
          <w:lang w:eastAsia="ja-JP"/>
        </w:rPr>
      </w:pPr>
      <w:r>
        <w:rPr>
          <w:b/>
          <w:sz w:val="20"/>
          <w:lang w:eastAsia="ja-JP"/>
        </w:rPr>
        <w:t>上記のとおり、所属エリアチームからの</w:t>
      </w:r>
      <w:r w:rsidR="00315A75">
        <w:rPr>
          <w:rFonts w:hint="eastAsia"/>
          <w:b/>
          <w:sz w:val="20"/>
          <w:lang w:eastAsia="ja-JP"/>
        </w:rPr>
        <w:t>退会</w:t>
      </w:r>
      <w:r>
        <w:rPr>
          <w:b/>
          <w:sz w:val="20"/>
          <w:lang w:eastAsia="ja-JP"/>
        </w:rPr>
        <w:t>を届け出ます。</w:t>
      </w:r>
    </w:p>
    <w:tbl>
      <w:tblPr>
        <w:tblStyle w:val="afe"/>
        <w:tblW w:w="0" w:type="auto"/>
        <w:jc w:val="center"/>
        <w:tblLook w:val="04A0" w:firstRow="1" w:lastRow="0" w:firstColumn="1" w:lastColumn="0" w:noHBand="0" w:noVBand="1"/>
      </w:tblPr>
      <w:tblGrid>
        <w:gridCol w:w="2381"/>
        <w:gridCol w:w="7937"/>
      </w:tblGrid>
      <w:tr w:rsidR="00353870" w14:paraId="24975003" w14:textId="77777777">
        <w:trPr>
          <w:trHeight w:val="460"/>
          <w:jc w:val="center"/>
        </w:trPr>
        <w:tc>
          <w:tcPr>
            <w:tcW w:w="2381" w:type="dxa"/>
            <w:shd w:val="clear" w:color="auto" w:fill="EDEDED"/>
            <w:tcMar>
              <w:top w:w="80" w:type="dxa"/>
              <w:left w:w="100" w:type="dxa"/>
              <w:bottom w:w="80" w:type="dxa"/>
              <w:right w:w="100" w:type="dxa"/>
            </w:tcMar>
            <w:vAlign w:val="center"/>
          </w:tcPr>
          <w:p w14:paraId="219D069D" w14:textId="77777777" w:rsidR="00353870" w:rsidRDefault="00000000">
            <w:proofErr w:type="spellStart"/>
            <w:r>
              <w:rPr>
                <w:b/>
                <w:sz w:val="19"/>
              </w:rPr>
              <w:t>届出日</w:t>
            </w:r>
            <w:proofErr w:type="spellEnd"/>
          </w:p>
        </w:tc>
        <w:tc>
          <w:tcPr>
            <w:tcW w:w="7937" w:type="dxa"/>
            <w:tcMar>
              <w:top w:w="80" w:type="dxa"/>
              <w:left w:w="100" w:type="dxa"/>
              <w:bottom w:w="80" w:type="dxa"/>
              <w:right w:w="100" w:type="dxa"/>
            </w:tcMar>
            <w:vAlign w:val="center"/>
          </w:tcPr>
          <w:p w14:paraId="20136F08" w14:textId="77777777" w:rsidR="00353870" w:rsidRDefault="00000000">
            <w:r>
              <w:rPr>
                <w:sz w:val="19"/>
              </w:rPr>
              <w:t xml:space="preserve">　　　　　年　　　月　　　日</w:t>
            </w:r>
          </w:p>
        </w:tc>
      </w:tr>
      <w:tr w:rsidR="00353870" w14:paraId="79C287BF" w14:textId="77777777" w:rsidTr="00E33212">
        <w:trPr>
          <w:trHeight w:val="394"/>
          <w:jc w:val="center"/>
        </w:trPr>
        <w:tc>
          <w:tcPr>
            <w:tcW w:w="2381" w:type="dxa"/>
            <w:shd w:val="clear" w:color="auto" w:fill="EDEDED"/>
            <w:tcMar>
              <w:top w:w="80" w:type="dxa"/>
              <w:left w:w="100" w:type="dxa"/>
              <w:bottom w:w="80" w:type="dxa"/>
              <w:right w:w="100" w:type="dxa"/>
            </w:tcMar>
            <w:vAlign w:val="center"/>
          </w:tcPr>
          <w:p w14:paraId="5BE54F37" w14:textId="77777777" w:rsidR="00353870" w:rsidRDefault="00000000">
            <w:proofErr w:type="spellStart"/>
            <w:r>
              <w:rPr>
                <w:b/>
                <w:sz w:val="19"/>
              </w:rPr>
              <w:t>代表者署名</w:t>
            </w:r>
            <w:proofErr w:type="spellEnd"/>
          </w:p>
        </w:tc>
        <w:tc>
          <w:tcPr>
            <w:tcW w:w="7937" w:type="dxa"/>
            <w:tcMar>
              <w:top w:w="80" w:type="dxa"/>
              <w:left w:w="100" w:type="dxa"/>
              <w:bottom w:w="80" w:type="dxa"/>
              <w:right w:w="100" w:type="dxa"/>
            </w:tcMar>
            <w:vAlign w:val="center"/>
          </w:tcPr>
          <w:p w14:paraId="071CDFCE" w14:textId="77777777" w:rsidR="00353870" w:rsidRDefault="00000000">
            <w:r>
              <w:rPr>
                <w:sz w:val="19"/>
              </w:rPr>
              <w:t xml:space="preserve">　　　　　　　　　　　　　　　　　　　　　　　　　　　　　　　</w:t>
            </w:r>
          </w:p>
        </w:tc>
      </w:tr>
    </w:tbl>
    <w:p w14:paraId="0A6C9BC9" w14:textId="77777777" w:rsidR="007D066C" w:rsidRDefault="007D066C" w:rsidP="007D066C">
      <w:pPr>
        <w:spacing w:before="100"/>
        <w:rPr>
          <w:b/>
          <w:sz w:val="18"/>
          <w:lang w:eastAsia="ja-JP"/>
        </w:rPr>
      </w:pPr>
    </w:p>
    <w:p w14:paraId="39124580" w14:textId="00956177" w:rsidR="007D066C" w:rsidRPr="007D066C" w:rsidRDefault="007D066C" w:rsidP="007D066C">
      <w:pPr>
        <w:tabs>
          <w:tab w:val="left" w:pos="6348"/>
        </w:tabs>
        <w:spacing w:before="100"/>
        <w:rPr>
          <w:lang w:eastAsia="ja-JP"/>
        </w:rPr>
      </w:pPr>
      <w:r>
        <w:rPr>
          <w:b/>
          <w:sz w:val="18"/>
          <w:lang w:eastAsia="ja-JP"/>
        </w:rPr>
        <w:t>提出先：所属を希望するエリアチームの代表者</w:t>
      </w:r>
      <w:r>
        <w:rPr>
          <w:b/>
          <w:sz w:val="18"/>
          <w:lang w:eastAsia="ja-JP"/>
        </w:rPr>
        <w:tab/>
      </w:r>
    </w:p>
    <w:sectPr w:rsidR="007D066C" w:rsidRPr="007D066C" w:rsidSect="00034616">
      <w:footerReference w:type="default" r:id="rId8"/>
      <w:pgSz w:w="12240" w:h="15840"/>
      <w:pgMar w:top="680" w:right="850" w:bottom="680" w:left="8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41EEB" w14:textId="77777777" w:rsidR="002A1997" w:rsidRDefault="002A1997">
      <w:r>
        <w:separator/>
      </w:r>
    </w:p>
  </w:endnote>
  <w:endnote w:type="continuationSeparator" w:id="0">
    <w:p w14:paraId="79E6ACC0" w14:textId="77777777" w:rsidR="002A1997" w:rsidRDefault="002A19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4F10C" w14:textId="77777777" w:rsidR="00353870" w:rsidRDefault="00000000">
    <w:pPr>
      <w:pStyle w:val="a7"/>
      <w:jc w:val="center"/>
      <w:rPr>
        <w:lang w:eastAsia="ja-JP"/>
      </w:rPr>
    </w:pPr>
    <w:r>
      <w:rPr>
        <w:sz w:val="16"/>
        <w:lang w:eastAsia="ja-JP"/>
      </w:rPr>
      <w:t>兵庫こども食堂ネットワーク</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80EBE" w14:textId="77777777" w:rsidR="002A1997" w:rsidRDefault="002A1997">
      <w:r>
        <w:separator/>
      </w:r>
    </w:p>
  </w:footnote>
  <w:footnote w:type="continuationSeparator" w:id="0">
    <w:p w14:paraId="5E5A6E63" w14:textId="77777777" w:rsidR="002A1997" w:rsidRDefault="002A19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40638367">
    <w:abstractNumId w:val="8"/>
  </w:num>
  <w:num w:numId="2" w16cid:durableId="1944800449">
    <w:abstractNumId w:val="6"/>
  </w:num>
  <w:num w:numId="3" w16cid:durableId="699168476">
    <w:abstractNumId w:val="5"/>
  </w:num>
  <w:num w:numId="4" w16cid:durableId="298846570">
    <w:abstractNumId w:val="4"/>
  </w:num>
  <w:num w:numId="5" w16cid:durableId="210114687">
    <w:abstractNumId w:val="7"/>
  </w:num>
  <w:num w:numId="6" w16cid:durableId="560025272">
    <w:abstractNumId w:val="3"/>
  </w:num>
  <w:num w:numId="7" w16cid:durableId="288517961">
    <w:abstractNumId w:val="2"/>
  </w:num>
  <w:num w:numId="8" w16cid:durableId="1573584916">
    <w:abstractNumId w:val="1"/>
  </w:num>
  <w:num w:numId="9" w16cid:durableId="15832188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A1997"/>
    <w:rsid w:val="00315A75"/>
    <w:rsid w:val="00326F90"/>
    <w:rsid w:val="00353870"/>
    <w:rsid w:val="004F78D8"/>
    <w:rsid w:val="005460EB"/>
    <w:rsid w:val="007D066C"/>
    <w:rsid w:val="00941BC1"/>
    <w:rsid w:val="00AA1D8D"/>
    <w:rsid w:val="00B47730"/>
    <w:rsid w:val="00CB0664"/>
    <w:rsid w:val="00D91DC4"/>
    <w:rsid w:val="00DF6CE8"/>
    <w:rsid w:val="00E33212"/>
    <w:rsid w:val="00E86DD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163E9C77"/>
  <w14:defaultImageDpi w14:val="300"/>
  <w15:docId w15:val="{C4BD1D44-9A66-D640-8294-18383B839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pPr>
    <w:rPr>
      <w:rFonts w:ascii="游ゴシック" w:eastAsia="游ゴシック" w:hAnsi="游ゴシック"/>
      <w:sz w:val="21"/>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97</Words>
  <Characters>553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大介 福本</cp:lastModifiedBy>
  <cp:revision>7</cp:revision>
  <dcterms:created xsi:type="dcterms:W3CDTF">2026-07-11T04:13:00Z</dcterms:created>
  <dcterms:modified xsi:type="dcterms:W3CDTF">2026-09-29T10:35:00Z</dcterms:modified>
  <cp:category/>
</cp:coreProperties>
</file>