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11E67" w14:textId="77777777" w:rsidR="00181718" w:rsidRDefault="00000000">
      <w:pPr>
        <w:spacing w:after="80"/>
        <w:jc w:val="center"/>
        <w:rPr>
          <w:lang w:eastAsia="ja-JP"/>
        </w:rPr>
      </w:pPr>
      <w:r>
        <w:rPr>
          <w:b/>
          <w:sz w:val="32"/>
          <w:lang w:eastAsia="ja-JP"/>
        </w:rPr>
        <w:t>兵庫こども食堂ネットワーク　エリアチーム加入申込書</w:t>
      </w:r>
    </w:p>
    <w:p w14:paraId="79E83FF8" w14:textId="4D5170A1" w:rsidR="00D81B75" w:rsidRPr="0087158A" w:rsidRDefault="00000000" w:rsidP="0087158A">
      <w:pPr>
        <w:spacing w:after="120"/>
        <w:rPr>
          <w:sz w:val="19"/>
          <w:lang w:eastAsia="ja-JP"/>
        </w:rPr>
      </w:pPr>
      <w:r>
        <w:rPr>
          <w:sz w:val="19"/>
          <w:lang w:eastAsia="ja-JP"/>
        </w:rPr>
        <w:t>本ネットワークへの参加は、各エリアチームへの加入手続きを通じて行います。必要事項をご記入のうえ、所属を希望するエリアチームへご提出ください。</w:t>
      </w:r>
    </w:p>
    <w:p w14:paraId="0CF7ABA0" w14:textId="69A85596" w:rsidR="00181718" w:rsidRDefault="00000000">
      <w:pPr>
        <w:spacing w:before="120" w:after="60"/>
        <w:rPr>
          <w:lang w:eastAsia="ja-JP"/>
        </w:rPr>
      </w:pPr>
      <w:r>
        <w:rPr>
          <w:b/>
          <w:sz w:val="22"/>
          <w:lang w:eastAsia="ja-JP"/>
        </w:rPr>
        <w:t>1．申込者・活動団体情報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7937"/>
      </w:tblGrid>
      <w:tr w:rsidR="00181718" w14:paraId="2BC31818" w14:textId="77777777">
        <w:trPr>
          <w:trHeight w:val="420"/>
          <w:jc w:val="center"/>
        </w:trPr>
        <w:tc>
          <w:tcPr>
            <w:tcW w:w="2381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7FDE36" w14:textId="34BB1389" w:rsidR="00181718" w:rsidRPr="00891CB3" w:rsidRDefault="00000000">
            <w:pPr>
              <w:rPr>
                <w:lang w:eastAsia="ja-JP"/>
              </w:rPr>
            </w:pPr>
            <w:r w:rsidRPr="00891CB3">
              <w:rPr>
                <w:b/>
                <w:sz w:val="19"/>
                <w:lang w:eastAsia="ja-JP"/>
              </w:rPr>
              <w:t>所属希望エリアチーム</w:t>
            </w:r>
          </w:p>
        </w:tc>
        <w:tc>
          <w:tcPr>
            <w:tcW w:w="7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6EF24C" w14:textId="77777777" w:rsidR="00686B5F" w:rsidRDefault="001D5D2E">
            <w:pPr>
              <w:rPr>
                <w:sz w:val="19"/>
                <w:lang w:eastAsia="ja-JP"/>
              </w:rPr>
            </w:pPr>
            <w:r>
              <w:rPr>
                <w:rFonts w:hint="eastAsia"/>
                <w:sz w:val="19"/>
                <w:lang w:eastAsia="ja-JP"/>
              </w:rPr>
              <w:t>□神戸（東灘区・灘区）　□神戸（中央区）</w:t>
            </w:r>
            <w:r w:rsidR="007221D5">
              <w:rPr>
                <w:rFonts w:hint="eastAsia"/>
                <w:sz w:val="19"/>
                <w:lang w:eastAsia="ja-JP"/>
              </w:rPr>
              <w:t xml:space="preserve">　□</w:t>
            </w:r>
            <w:r w:rsidR="00686B5F">
              <w:rPr>
                <w:rFonts w:hint="eastAsia"/>
                <w:sz w:val="19"/>
                <w:lang w:eastAsia="ja-JP"/>
              </w:rPr>
              <w:t>神戸（北区・長田区・兵庫区）</w:t>
            </w:r>
          </w:p>
          <w:p w14:paraId="19535463" w14:textId="48F98C23" w:rsidR="00686B5F" w:rsidRDefault="00686B5F">
            <w:pPr>
              <w:rPr>
                <w:sz w:val="19"/>
                <w:lang w:eastAsia="ja-JP"/>
              </w:rPr>
            </w:pPr>
            <w:r>
              <w:rPr>
                <w:rFonts w:hint="eastAsia"/>
                <w:sz w:val="19"/>
                <w:lang w:eastAsia="ja-JP"/>
              </w:rPr>
              <w:t>□神戸（須磨区）　□神戸（垂水区・西区）</w:t>
            </w:r>
            <w:r w:rsidR="00074B65">
              <w:rPr>
                <w:rFonts w:hint="eastAsia"/>
                <w:sz w:val="19"/>
                <w:lang w:eastAsia="ja-JP"/>
              </w:rPr>
              <w:t xml:space="preserve">　□尼崎　□西宮　□芦屋　□伊丹</w:t>
            </w:r>
          </w:p>
          <w:p w14:paraId="0196A9EB" w14:textId="56AAD2BF" w:rsidR="001D5D2E" w:rsidRDefault="00074B65">
            <w:pPr>
              <w:rPr>
                <w:sz w:val="19"/>
                <w:lang w:eastAsia="ja-JP"/>
              </w:rPr>
            </w:pPr>
            <w:r>
              <w:rPr>
                <w:rFonts w:hint="eastAsia"/>
                <w:sz w:val="19"/>
                <w:lang w:eastAsia="ja-JP"/>
              </w:rPr>
              <w:t>□宝塚　□川西・猪名川町　□三田　□丹波篠山　□加古川　□高砂　□稲美町・播磨町</w:t>
            </w:r>
          </w:p>
          <w:p w14:paraId="7B16D947" w14:textId="7B29B8CE" w:rsidR="00074B65" w:rsidRDefault="00074B65">
            <w:pPr>
              <w:rPr>
                <w:sz w:val="19"/>
                <w:lang w:eastAsia="ja-JP"/>
              </w:rPr>
            </w:pPr>
            <w:r>
              <w:rPr>
                <w:rFonts w:hint="eastAsia"/>
                <w:sz w:val="19"/>
                <w:lang w:eastAsia="ja-JP"/>
              </w:rPr>
              <w:t>□明石・淡路　□三木　□西脇　□多可郡多可町　□姫路</w:t>
            </w:r>
          </w:p>
          <w:p w14:paraId="43DD4163" w14:textId="5FE5A0CA" w:rsidR="00074B65" w:rsidRDefault="00074B65">
            <w:pPr>
              <w:rPr>
                <w:sz w:val="19"/>
                <w:lang w:eastAsia="ja-JP"/>
              </w:rPr>
            </w:pPr>
            <w:r>
              <w:rPr>
                <w:rFonts w:hint="eastAsia"/>
                <w:sz w:val="19"/>
                <w:lang w:eastAsia="ja-JP"/>
              </w:rPr>
              <w:t>□赤穂・相生・宍粟・太子町・</w:t>
            </w:r>
            <w:r w:rsidR="00FA1C22">
              <w:rPr>
                <w:rFonts w:hint="eastAsia"/>
                <w:sz w:val="19"/>
                <w:lang w:eastAsia="ja-JP"/>
              </w:rPr>
              <w:t>上</w:t>
            </w:r>
            <w:r>
              <w:rPr>
                <w:rFonts w:hint="eastAsia"/>
                <w:sz w:val="19"/>
                <w:lang w:eastAsia="ja-JP"/>
              </w:rPr>
              <w:t>郡町・佐用町・たつの</w:t>
            </w:r>
          </w:p>
          <w:p w14:paraId="087C833B" w14:textId="3BBE1BA6" w:rsidR="00181718" w:rsidRPr="00074B65" w:rsidRDefault="00074B65">
            <w:pPr>
              <w:rPr>
                <w:sz w:val="19"/>
                <w:lang w:eastAsia="ja-JP"/>
              </w:rPr>
            </w:pPr>
            <w:r>
              <w:rPr>
                <w:rFonts w:hint="eastAsia"/>
                <w:sz w:val="19"/>
                <w:lang w:eastAsia="ja-JP"/>
              </w:rPr>
              <w:t>□北部（豊岡・養父・朝来・丹波・香美町・新温泉町）</w:t>
            </w:r>
          </w:p>
        </w:tc>
      </w:tr>
      <w:tr w:rsidR="00181718" w14:paraId="5278E296" w14:textId="77777777">
        <w:trPr>
          <w:trHeight w:val="420"/>
          <w:jc w:val="center"/>
        </w:trPr>
        <w:tc>
          <w:tcPr>
            <w:tcW w:w="2381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802A41" w14:textId="07E92CAA" w:rsidR="00181718" w:rsidRPr="00891CB3" w:rsidRDefault="00000000">
            <w:pPr>
              <w:rPr>
                <w:lang w:eastAsia="ja-JP"/>
              </w:rPr>
            </w:pPr>
            <w:r w:rsidRPr="00891CB3">
              <w:rPr>
                <w:b/>
                <w:sz w:val="19"/>
                <w:lang w:eastAsia="ja-JP"/>
              </w:rPr>
              <w:t>こども食堂・活動名</w:t>
            </w:r>
          </w:p>
        </w:tc>
        <w:tc>
          <w:tcPr>
            <w:tcW w:w="7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E20224" w14:textId="77777777" w:rsidR="00181718" w:rsidRDefault="00181718">
            <w:pPr>
              <w:rPr>
                <w:lang w:eastAsia="ja-JP"/>
              </w:rPr>
            </w:pPr>
          </w:p>
        </w:tc>
      </w:tr>
      <w:tr w:rsidR="00181718" w14:paraId="4BDD53C4" w14:textId="77777777">
        <w:trPr>
          <w:trHeight w:val="420"/>
          <w:jc w:val="center"/>
        </w:trPr>
        <w:tc>
          <w:tcPr>
            <w:tcW w:w="2381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998796" w14:textId="17632A96" w:rsidR="00181718" w:rsidRPr="00891CB3" w:rsidRDefault="00000000">
            <w:proofErr w:type="spellStart"/>
            <w:r w:rsidRPr="00891CB3">
              <w:rPr>
                <w:b/>
                <w:sz w:val="19"/>
              </w:rPr>
              <w:t>運営団体名</w:t>
            </w:r>
            <w:proofErr w:type="spellEnd"/>
          </w:p>
        </w:tc>
        <w:tc>
          <w:tcPr>
            <w:tcW w:w="7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F338F8" w14:textId="77777777" w:rsidR="00181718" w:rsidRDefault="00181718"/>
        </w:tc>
      </w:tr>
      <w:tr w:rsidR="00181718" w14:paraId="1242959A" w14:textId="77777777">
        <w:trPr>
          <w:trHeight w:val="420"/>
          <w:jc w:val="center"/>
        </w:trPr>
        <w:tc>
          <w:tcPr>
            <w:tcW w:w="2381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E37699" w14:textId="52657224" w:rsidR="00181718" w:rsidRPr="00891CB3" w:rsidRDefault="00000000">
            <w:proofErr w:type="spellStart"/>
            <w:r w:rsidRPr="00891CB3">
              <w:rPr>
                <w:b/>
                <w:sz w:val="19"/>
              </w:rPr>
              <w:t>代表者氏名</w:t>
            </w:r>
            <w:proofErr w:type="spellEnd"/>
          </w:p>
        </w:tc>
        <w:tc>
          <w:tcPr>
            <w:tcW w:w="7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4990BE" w14:textId="77777777" w:rsidR="00181718" w:rsidRDefault="00181718"/>
        </w:tc>
      </w:tr>
      <w:tr w:rsidR="00181718" w14:paraId="111A9E08" w14:textId="77777777">
        <w:trPr>
          <w:trHeight w:val="420"/>
          <w:jc w:val="center"/>
        </w:trPr>
        <w:tc>
          <w:tcPr>
            <w:tcW w:w="2381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7200DA" w14:textId="77777777" w:rsidR="00181718" w:rsidRPr="00891CB3" w:rsidRDefault="00000000">
            <w:proofErr w:type="spellStart"/>
            <w:r w:rsidRPr="00891CB3">
              <w:rPr>
                <w:b/>
                <w:sz w:val="19"/>
              </w:rPr>
              <w:t>連絡担当者氏名</w:t>
            </w:r>
            <w:proofErr w:type="spellEnd"/>
          </w:p>
        </w:tc>
        <w:tc>
          <w:tcPr>
            <w:tcW w:w="7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975EBE" w14:textId="77777777" w:rsidR="00181718" w:rsidRDefault="00181718"/>
        </w:tc>
      </w:tr>
      <w:tr w:rsidR="00181718" w14:paraId="26670E62" w14:textId="77777777" w:rsidTr="00891CB3">
        <w:trPr>
          <w:trHeight w:val="405"/>
          <w:jc w:val="center"/>
        </w:trPr>
        <w:tc>
          <w:tcPr>
            <w:tcW w:w="2381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2D47E3" w14:textId="77777777" w:rsidR="00181718" w:rsidRPr="00891CB3" w:rsidRDefault="00000000">
            <w:proofErr w:type="spellStart"/>
            <w:r w:rsidRPr="00891CB3">
              <w:rPr>
                <w:b/>
                <w:sz w:val="19"/>
              </w:rPr>
              <w:t>開催地住所</w:t>
            </w:r>
            <w:proofErr w:type="spellEnd"/>
          </w:p>
        </w:tc>
        <w:tc>
          <w:tcPr>
            <w:tcW w:w="7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2BA508" w14:textId="77777777" w:rsidR="00181718" w:rsidRDefault="00000000">
            <w:r>
              <w:rPr>
                <w:sz w:val="19"/>
              </w:rPr>
              <w:t>〒</w:t>
            </w:r>
          </w:p>
        </w:tc>
      </w:tr>
      <w:tr w:rsidR="00181718" w14:paraId="6F4E5F3C" w14:textId="77777777" w:rsidTr="00891CB3">
        <w:trPr>
          <w:trHeight w:val="541"/>
          <w:jc w:val="center"/>
        </w:trPr>
        <w:tc>
          <w:tcPr>
            <w:tcW w:w="2381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9F7D6C" w14:textId="77777777" w:rsidR="00181718" w:rsidRPr="00891CB3" w:rsidRDefault="00000000">
            <w:proofErr w:type="spellStart"/>
            <w:r w:rsidRPr="00891CB3">
              <w:rPr>
                <w:b/>
                <w:sz w:val="19"/>
              </w:rPr>
              <w:t>連絡先住所</w:t>
            </w:r>
            <w:proofErr w:type="spellEnd"/>
          </w:p>
        </w:tc>
        <w:tc>
          <w:tcPr>
            <w:tcW w:w="7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9B7E70" w14:textId="77777777" w:rsidR="00181718" w:rsidRDefault="00000000">
            <w:pPr>
              <w:rPr>
                <w:lang w:eastAsia="ja-JP"/>
              </w:rPr>
            </w:pPr>
            <w:r>
              <w:rPr>
                <w:sz w:val="19"/>
                <w:lang w:eastAsia="ja-JP"/>
              </w:rPr>
              <w:t>〒　　　　　　　　　　　　　　　　　　　　　　　　　※開催地と異なる場合</w:t>
            </w:r>
          </w:p>
        </w:tc>
      </w:tr>
      <w:tr w:rsidR="00181718" w14:paraId="26ACE518" w14:textId="77777777">
        <w:trPr>
          <w:trHeight w:val="420"/>
          <w:jc w:val="center"/>
        </w:trPr>
        <w:tc>
          <w:tcPr>
            <w:tcW w:w="2381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A864C1" w14:textId="77777777" w:rsidR="00181718" w:rsidRPr="00891CB3" w:rsidRDefault="00000000">
            <w:proofErr w:type="spellStart"/>
            <w:r w:rsidRPr="00891CB3">
              <w:rPr>
                <w:b/>
                <w:sz w:val="19"/>
              </w:rPr>
              <w:t>電話番号・FAX</w:t>
            </w:r>
            <w:proofErr w:type="spellEnd"/>
          </w:p>
        </w:tc>
        <w:tc>
          <w:tcPr>
            <w:tcW w:w="7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2DFF6D" w14:textId="77777777" w:rsidR="00181718" w:rsidRDefault="00000000">
            <w:r>
              <w:rPr>
                <w:sz w:val="19"/>
              </w:rPr>
              <w:t>TEL：　　　　　　　　　　　　　　　　FAX：</w:t>
            </w:r>
          </w:p>
        </w:tc>
      </w:tr>
      <w:tr w:rsidR="00181718" w14:paraId="037EDA48" w14:textId="77777777">
        <w:trPr>
          <w:trHeight w:val="420"/>
          <w:jc w:val="center"/>
        </w:trPr>
        <w:tc>
          <w:tcPr>
            <w:tcW w:w="2381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DDA428" w14:textId="77777777" w:rsidR="00181718" w:rsidRPr="00891CB3" w:rsidRDefault="00000000">
            <w:proofErr w:type="spellStart"/>
            <w:r w:rsidRPr="00891CB3">
              <w:rPr>
                <w:b/>
                <w:sz w:val="19"/>
              </w:rPr>
              <w:t>メールアドレス</w:t>
            </w:r>
            <w:proofErr w:type="spellEnd"/>
          </w:p>
        </w:tc>
        <w:tc>
          <w:tcPr>
            <w:tcW w:w="7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EF7596" w14:textId="3CE0613F" w:rsidR="00181718" w:rsidRDefault="00000000">
            <w:pPr>
              <w:rPr>
                <w:lang w:eastAsia="ja-JP"/>
              </w:rPr>
            </w:pPr>
            <w:r>
              <w:rPr>
                <w:sz w:val="19"/>
                <w:lang w:eastAsia="ja-JP"/>
              </w:rPr>
              <w:t xml:space="preserve">　　　　　　　　　　　</w:t>
            </w:r>
            <w:r w:rsidR="00D81B75">
              <w:rPr>
                <w:rFonts w:hint="eastAsia"/>
                <w:sz w:val="19"/>
                <w:lang w:eastAsia="ja-JP"/>
              </w:rPr>
              <w:t xml:space="preserve">　　　　　　　　　</w:t>
            </w:r>
            <w:r>
              <w:rPr>
                <w:sz w:val="19"/>
                <w:lang w:eastAsia="ja-JP"/>
              </w:rPr>
              <w:t xml:space="preserve">　　　　　　※連絡・情報共有用</w:t>
            </w:r>
          </w:p>
        </w:tc>
      </w:tr>
      <w:tr w:rsidR="00181718" w14:paraId="290D7BA5" w14:textId="77777777" w:rsidTr="00891CB3">
        <w:trPr>
          <w:trHeight w:val="484"/>
          <w:jc w:val="center"/>
        </w:trPr>
        <w:tc>
          <w:tcPr>
            <w:tcW w:w="2381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88A704" w14:textId="77777777" w:rsidR="00181718" w:rsidRDefault="00000000">
            <w:pPr>
              <w:rPr>
                <w:lang w:eastAsia="ja-JP"/>
              </w:rPr>
            </w:pPr>
            <w:r>
              <w:rPr>
                <w:b/>
                <w:sz w:val="19"/>
                <w:lang w:eastAsia="ja-JP"/>
              </w:rPr>
              <w:t>ウェブサイト・SNS</w:t>
            </w:r>
          </w:p>
        </w:tc>
        <w:tc>
          <w:tcPr>
            <w:tcW w:w="7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7C1A65" w14:textId="10730137" w:rsidR="00181718" w:rsidRDefault="00181718">
            <w:pPr>
              <w:rPr>
                <w:lang w:eastAsia="ja-JP"/>
              </w:rPr>
            </w:pPr>
          </w:p>
        </w:tc>
      </w:tr>
      <w:tr w:rsidR="009D6E3A" w14:paraId="6F9F82B7" w14:textId="77777777">
        <w:trPr>
          <w:trHeight w:val="520"/>
          <w:jc w:val="center"/>
        </w:trPr>
        <w:tc>
          <w:tcPr>
            <w:tcW w:w="2381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2B7975" w14:textId="713C704F" w:rsidR="009D6E3A" w:rsidRDefault="009D6E3A">
            <w:pPr>
              <w:rPr>
                <w:b/>
                <w:sz w:val="19"/>
                <w:lang w:eastAsia="ja-JP"/>
              </w:rPr>
            </w:pPr>
            <w:r>
              <w:rPr>
                <w:rFonts w:hint="eastAsia"/>
                <w:b/>
                <w:sz w:val="19"/>
                <w:lang w:eastAsia="ja-JP"/>
              </w:rPr>
              <w:t>ホームページ</w:t>
            </w:r>
          </w:p>
        </w:tc>
        <w:tc>
          <w:tcPr>
            <w:tcW w:w="7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DF53D3" w14:textId="497C3C02" w:rsidR="009D6E3A" w:rsidRDefault="009D6E3A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ネットワークのホームページに記載　□する　□しない</w:t>
            </w:r>
          </w:p>
        </w:tc>
      </w:tr>
    </w:tbl>
    <w:p w14:paraId="56FECDDD" w14:textId="77777777" w:rsidR="002E1312" w:rsidRDefault="002E1312">
      <w:pPr>
        <w:spacing w:before="120" w:after="60"/>
        <w:rPr>
          <w:b/>
          <w:sz w:val="22"/>
          <w:lang w:eastAsia="ja-JP"/>
        </w:rPr>
      </w:pPr>
    </w:p>
    <w:p w14:paraId="30693758" w14:textId="77777777" w:rsidR="002E1312" w:rsidRDefault="002E1312">
      <w:pPr>
        <w:spacing w:before="120" w:after="60"/>
        <w:rPr>
          <w:b/>
          <w:sz w:val="22"/>
          <w:lang w:eastAsia="ja-JP"/>
        </w:rPr>
      </w:pPr>
    </w:p>
    <w:p w14:paraId="083FE11E" w14:textId="77777777" w:rsidR="002E1312" w:rsidRDefault="002E1312">
      <w:pPr>
        <w:spacing w:before="120" w:after="60"/>
        <w:rPr>
          <w:b/>
          <w:sz w:val="22"/>
          <w:lang w:eastAsia="ja-JP"/>
        </w:rPr>
      </w:pPr>
    </w:p>
    <w:p w14:paraId="02B728C5" w14:textId="77777777" w:rsidR="002E1312" w:rsidRDefault="002E1312">
      <w:pPr>
        <w:spacing w:before="120" w:after="60"/>
        <w:rPr>
          <w:b/>
          <w:sz w:val="22"/>
          <w:lang w:eastAsia="ja-JP"/>
        </w:rPr>
      </w:pPr>
    </w:p>
    <w:p w14:paraId="729E78BC" w14:textId="77777777" w:rsidR="002E1312" w:rsidRDefault="002E1312">
      <w:pPr>
        <w:spacing w:before="120" w:after="60"/>
        <w:rPr>
          <w:b/>
          <w:sz w:val="22"/>
          <w:lang w:eastAsia="ja-JP"/>
        </w:rPr>
      </w:pPr>
    </w:p>
    <w:p w14:paraId="1717BCEA" w14:textId="77777777" w:rsidR="002E1312" w:rsidRDefault="002E1312">
      <w:pPr>
        <w:spacing w:before="120" w:after="60"/>
        <w:rPr>
          <w:b/>
          <w:sz w:val="22"/>
          <w:lang w:eastAsia="ja-JP"/>
        </w:rPr>
      </w:pPr>
    </w:p>
    <w:p w14:paraId="7D00623A" w14:textId="77777777" w:rsidR="002E1312" w:rsidRDefault="002E1312">
      <w:pPr>
        <w:spacing w:before="120" w:after="60"/>
        <w:rPr>
          <w:b/>
          <w:sz w:val="22"/>
          <w:lang w:eastAsia="ja-JP"/>
        </w:rPr>
      </w:pPr>
    </w:p>
    <w:p w14:paraId="334D8BFA" w14:textId="77777777" w:rsidR="002E1312" w:rsidRDefault="002E1312">
      <w:pPr>
        <w:spacing w:before="120" w:after="60"/>
        <w:rPr>
          <w:b/>
          <w:sz w:val="22"/>
          <w:lang w:eastAsia="ja-JP"/>
        </w:rPr>
      </w:pPr>
    </w:p>
    <w:p w14:paraId="054D3273" w14:textId="12C539F8" w:rsidR="00181718" w:rsidRDefault="00000000">
      <w:pPr>
        <w:spacing w:before="120" w:after="60"/>
      </w:pPr>
      <w:r>
        <w:rPr>
          <w:b/>
          <w:sz w:val="22"/>
        </w:rPr>
        <w:lastRenderedPageBreak/>
        <w:t>2．活動状況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7937"/>
      </w:tblGrid>
      <w:tr w:rsidR="00181718" w14:paraId="68B77D60" w14:textId="77777777">
        <w:trPr>
          <w:trHeight w:val="480"/>
          <w:jc w:val="center"/>
        </w:trPr>
        <w:tc>
          <w:tcPr>
            <w:tcW w:w="2381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952085" w14:textId="77777777" w:rsidR="00181718" w:rsidRDefault="00000000">
            <w:proofErr w:type="spellStart"/>
            <w:r>
              <w:rPr>
                <w:b/>
                <w:sz w:val="19"/>
              </w:rPr>
              <w:t>開催頻度・日時</w:t>
            </w:r>
            <w:proofErr w:type="spellEnd"/>
          </w:p>
        </w:tc>
        <w:tc>
          <w:tcPr>
            <w:tcW w:w="7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0D77BD" w14:textId="77777777" w:rsidR="00181718" w:rsidRDefault="00000000">
            <w:pPr>
              <w:rPr>
                <w:lang w:eastAsia="ja-JP"/>
              </w:rPr>
            </w:pPr>
            <w:r>
              <w:rPr>
                <w:sz w:val="19"/>
                <w:lang w:eastAsia="ja-JP"/>
              </w:rPr>
              <w:t>毎月／毎週／不定期　（　　　　　　）回　　曜日・時間：</w:t>
            </w:r>
          </w:p>
        </w:tc>
      </w:tr>
      <w:tr w:rsidR="00181718" w14:paraId="3C29BC4F" w14:textId="77777777">
        <w:trPr>
          <w:trHeight w:val="480"/>
          <w:jc w:val="center"/>
        </w:trPr>
        <w:tc>
          <w:tcPr>
            <w:tcW w:w="2381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51C568" w14:textId="77777777" w:rsidR="00181718" w:rsidRDefault="00000000">
            <w:r>
              <w:rPr>
                <w:b/>
                <w:sz w:val="19"/>
              </w:rPr>
              <w:t>1回あたりの参加人数</w:t>
            </w:r>
          </w:p>
        </w:tc>
        <w:tc>
          <w:tcPr>
            <w:tcW w:w="7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0F1872" w14:textId="77777777" w:rsidR="00181718" w:rsidRDefault="00000000">
            <w:pPr>
              <w:rPr>
                <w:lang w:eastAsia="ja-JP"/>
              </w:rPr>
            </w:pPr>
            <w:r>
              <w:rPr>
                <w:sz w:val="19"/>
                <w:lang w:eastAsia="ja-JP"/>
              </w:rPr>
              <w:t>子ども　　　人　　大人　　　人　　その他（　　　　　）　　　人</w:t>
            </w:r>
          </w:p>
        </w:tc>
      </w:tr>
      <w:tr w:rsidR="00181718" w14:paraId="12FF50DA" w14:textId="77777777" w:rsidTr="00891CB3">
        <w:trPr>
          <w:trHeight w:val="699"/>
          <w:jc w:val="center"/>
        </w:trPr>
        <w:tc>
          <w:tcPr>
            <w:tcW w:w="2381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29F5F2" w14:textId="77777777" w:rsidR="00181718" w:rsidRDefault="00000000">
            <w:proofErr w:type="spellStart"/>
            <w:r>
              <w:rPr>
                <w:b/>
                <w:sz w:val="19"/>
              </w:rPr>
              <w:t>主な活動内容</w:t>
            </w:r>
            <w:proofErr w:type="spellEnd"/>
          </w:p>
        </w:tc>
        <w:tc>
          <w:tcPr>
            <w:tcW w:w="7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CD172F" w14:textId="77777777" w:rsidR="00181718" w:rsidRDefault="00000000">
            <w:pPr>
              <w:rPr>
                <w:lang w:eastAsia="ja-JP"/>
              </w:rPr>
            </w:pPr>
            <w:r>
              <w:rPr>
                <w:sz w:val="19"/>
                <w:lang w:eastAsia="ja-JP"/>
              </w:rPr>
              <w:t>□ 会食　□ 弁当・配食　□ 食品配布　□ 学習支援　□ 体験活動</w:t>
            </w:r>
            <w:r>
              <w:rPr>
                <w:sz w:val="19"/>
                <w:lang w:eastAsia="ja-JP"/>
              </w:rPr>
              <w:br/>
              <w:t>□ その他（　　　　　　　　　　　　　　　　　　　　　　　　　　　）</w:t>
            </w:r>
          </w:p>
        </w:tc>
      </w:tr>
      <w:tr w:rsidR="00181718" w14:paraId="1C9B82E4" w14:textId="77777777">
        <w:trPr>
          <w:trHeight w:val="420"/>
          <w:jc w:val="center"/>
        </w:trPr>
        <w:tc>
          <w:tcPr>
            <w:tcW w:w="2381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CD6886" w14:textId="77777777" w:rsidR="00181718" w:rsidRDefault="00000000">
            <w:proofErr w:type="spellStart"/>
            <w:r>
              <w:rPr>
                <w:b/>
                <w:sz w:val="19"/>
              </w:rPr>
              <w:t>活動開始年月</w:t>
            </w:r>
            <w:proofErr w:type="spellEnd"/>
          </w:p>
        </w:tc>
        <w:tc>
          <w:tcPr>
            <w:tcW w:w="7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2FD8C3" w14:textId="77777777" w:rsidR="00181718" w:rsidRDefault="00000000">
            <w:r>
              <w:rPr>
                <w:sz w:val="19"/>
              </w:rPr>
              <w:t xml:space="preserve">　　　　　年　　　月</w:t>
            </w:r>
          </w:p>
        </w:tc>
      </w:tr>
      <w:tr w:rsidR="00181718" w14:paraId="07F84BEA" w14:textId="77777777">
        <w:trPr>
          <w:trHeight w:val="420"/>
          <w:jc w:val="center"/>
        </w:trPr>
        <w:tc>
          <w:tcPr>
            <w:tcW w:w="2381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F91456" w14:textId="77777777" w:rsidR="00181718" w:rsidRDefault="00000000">
            <w:proofErr w:type="spellStart"/>
            <w:r>
              <w:rPr>
                <w:b/>
                <w:sz w:val="19"/>
              </w:rPr>
              <w:t>保険加入状況</w:t>
            </w:r>
            <w:proofErr w:type="spellEnd"/>
          </w:p>
        </w:tc>
        <w:tc>
          <w:tcPr>
            <w:tcW w:w="7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8DE0DD" w14:textId="77777777" w:rsidR="00181718" w:rsidRDefault="00000000">
            <w:pPr>
              <w:rPr>
                <w:lang w:eastAsia="ja-JP"/>
              </w:rPr>
            </w:pPr>
            <w:r>
              <w:rPr>
                <w:sz w:val="19"/>
                <w:lang w:eastAsia="ja-JP"/>
              </w:rPr>
              <w:t>□ 加入済み　□ 加入予定　□ その他（　　　　　　　　　　　　　）</w:t>
            </w:r>
          </w:p>
        </w:tc>
      </w:tr>
      <w:tr w:rsidR="00181718" w14:paraId="0BA8E32D" w14:textId="77777777">
        <w:trPr>
          <w:trHeight w:val="520"/>
          <w:jc w:val="center"/>
        </w:trPr>
        <w:tc>
          <w:tcPr>
            <w:tcW w:w="2381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850A60" w14:textId="77777777" w:rsidR="00181718" w:rsidRDefault="00000000">
            <w:proofErr w:type="spellStart"/>
            <w:r>
              <w:rPr>
                <w:b/>
                <w:sz w:val="19"/>
              </w:rPr>
              <w:t>食品衛生上の対応</w:t>
            </w:r>
            <w:proofErr w:type="spellEnd"/>
          </w:p>
        </w:tc>
        <w:tc>
          <w:tcPr>
            <w:tcW w:w="7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EBF1D3" w14:textId="77777777" w:rsidR="00181718" w:rsidRDefault="00000000">
            <w:pPr>
              <w:rPr>
                <w:lang w:eastAsia="ja-JP"/>
              </w:rPr>
            </w:pPr>
            <w:r>
              <w:rPr>
                <w:sz w:val="19"/>
                <w:lang w:eastAsia="ja-JP"/>
              </w:rPr>
              <w:t>□ 衛生管理を実施　□ 保健所等へ相談・届出済み　□ その他（　　　　　）</w:t>
            </w:r>
          </w:p>
        </w:tc>
      </w:tr>
      <w:tr w:rsidR="00181718" w14:paraId="25174A32" w14:textId="77777777" w:rsidTr="00891CB3">
        <w:trPr>
          <w:trHeight w:val="619"/>
          <w:jc w:val="center"/>
        </w:trPr>
        <w:tc>
          <w:tcPr>
            <w:tcW w:w="2381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1FFFAD" w14:textId="77777777" w:rsidR="00181718" w:rsidRDefault="00000000">
            <w:proofErr w:type="spellStart"/>
            <w:r>
              <w:rPr>
                <w:b/>
                <w:sz w:val="19"/>
              </w:rPr>
              <w:t>備考・非公開希望</w:t>
            </w:r>
            <w:proofErr w:type="spellEnd"/>
          </w:p>
        </w:tc>
        <w:tc>
          <w:tcPr>
            <w:tcW w:w="7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A070E2" w14:textId="77777777" w:rsidR="00181718" w:rsidRDefault="00000000">
            <w:pPr>
              <w:rPr>
                <w:lang w:eastAsia="ja-JP"/>
              </w:rPr>
            </w:pPr>
            <w:r>
              <w:rPr>
                <w:sz w:val="19"/>
                <w:lang w:eastAsia="ja-JP"/>
              </w:rPr>
              <w:t>外部への情報提供・紹介の際に、非公開を希望する項目等をご記入ください。</w:t>
            </w:r>
          </w:p>
        </w:tc>
      </w:tr>
    </w:tbl>
    <w:p w14:paraId="754D969B" w14:textId="77777777" w:rsidR="002E1312" w:rsidRDefault="002E1312" w:rsidP="009655DA">
      <w:pPr>
        <w:rPr>
          <w:lang w:eastAsia="ja-JP"/>
        </w:rPr>
      </w:pPr>
    </w:p>
    <w:p w14:paraId="7B8EDF80" w14:textId="2FAC0521" w:rsidR="00181718" w:rsidRDefault="00000000" w:rsidP="009655DA">
      <w:pPr>
        <w:rPr>
          <w:lang w:eastAsia="ja-JP"/>
        </w:rPr>
      </w:pPr>
      <w:r>
        <w:rPr>
          <w:b/>
          <w:sz w:val="22"/>
          <w:lang w:eastAsia="ja-JP"/>
        </w:rPr>
        <w:t>3．加入にあたっての確認・同意事項</w:t>
      </w:r>
    </w:p>
    <w:p w14:paraId="33212ACF" w14:textId="77777777" w:rsidR="00181718" w:rsidRDefault="00000000">
      <w:pPr>
        <w:ind w:left="113" w:hanging="113"/>
        <w:rPr>
          <w:lang w:eastAsia="ja-JP"/>
        </w:rPr>
      </w:pPr>
      <w:r>
        <w:rPr>
          <w:sz w:val="18"/>
          <w:lang w:eastAsia="ja-JP"/>
        </w:rPr>
        <w:t>□ 兵庫こども食堂ネットワークの目的および会則に賛同し、所属エリアチームの運営方針・手続きを尊重します。</w:t>
      </w:r>
    </w:p>
    <w:p w14:paraId="1A74240A" w14:textId="77777777" w:rsidR="00181718" w:rsidRDefault="00000000">
      <w:pPr>
        <w:ind w:left="113" w:hanging="113"/>
        <w:rPr>
          <w:lang w:eastAsia="ja-JP"/>
        </w:rPr>
      </w:pPr>
      <w:r>
        <w:rPr>
          <w:sz w:val="18"/>
          <w:lang w:eastAsia="ja-JP"/>
        </w:rPr>
        <w:t>□ 食品衛生に関する基本的なルールを守り、安全な食事提供に努めます。</w:t>
      </w:r>
    </w:p>
    <w:p w14:paraId="74974921" w14:textId="77777777" w:rsidR="00181718" w:rsidRDefault="00000000">
      <w:pPr>
        <w:ind w:left="113" w:hanging="113"/>
        <w:rPr>
          <w:lang w:eastAsia="ja-JP"/>
        </w:rPr>
      </w:pPr>
      <w:r>
        <w:rPr>
          <w:sz w:val="18"/>
          <w:lang w:eastAsia="ja-JP"/>
        </w:rPr>
        <w:t>□ 事故等に備え、活動内容に応じた保険加入その他必要な安全対策を講じます。</w:t>
      </w:r>
    </w:p>
    <w:p w14:paraId="6ADD6B5A" w14:textId="77777777" w:rsidR="00181718" w:rsidRDefault="00000000">
      <w:pPr>
        <w:ind w:left="113" w:hanging="113"/>
        <w:rPr>
          <w:lang w:eastAsia="ja-JP"/>
        </w:rPr>
      </w:pPr>
      <w:r>
        <w:rPr>
          <w:sz w:val="18"/>
          <w:lang w:eastAsia="ja-JP"/>
        </w:rPr>
        <w:t>□ 登録情報に変更が生じた場合は、所属エリアチームへ速やかに届け出ます。</w:t>
      </w:r>
    </w:p>
    <w:p w14:paraId="4B6C38FB" w14:textId="77777777" w:rsidR="00181718" w:rsidRDefault="00000000">
      <w:pPr>
        <w:ind w:left="113" w:hanging="113"/>
        <w:rPr>
          <w:lang w:eastAsia="ja-JP"/>
        </w:rPr>
      </w:pPr>
      <w:r>
        <w:rPr>
          <w:sz w:val="18"/>
          <w:lang w:eastAsia="ja-JP"/>
        </w:rPr>
        <w:t>□ 本申込書に記載した情報を、ネットワーク運営、連絡、名簿管理、支援情報・物資等の調整に利用することに同意します。</w:t>
      </w:r>
    </w:p>
    <w:p w14:paraId="11D2D492" w14:textId="77777777" w:rsidR="00181718" w:rsidRDefault="00000000">
      <w:pPr>
        <w:ind w:left="113" w:hanging="113"/>
        <w:rPr>
          <w:lang w:eastAsia="ja-JP"/>
        </w:rPr>
      </w:pPr>
      <w:r>
        <w:rPr>
          <w:sz w:val="18"/>
          <w:lang w:eastAsia="ja-JP"/>
        </w:rPr>
        <w:t>□ 外部への情報提供・紹介については、上記の「備考・非公開希望」に記載した範囲を除き、活動情報を共有することに同意します。</w:t>
      </w:r>
    </w:p>
    <w:p w14:paraId="6031A148" w14:textId="77777777" w:rsidR="00181718" w:rsidRDefault="00000000">
      <w:pPr>
        <w:spacing w:before="160"/>
        <w:rPr>
          <w:lang w:eastAsia="ja-JP"/>
        </w:rPr>
      </w:pPr>
      <w:r>
        <w:rPr>
          <w:b/>
          <w:sz w:val="20"/>
          <w:lang w:eastAsia="ja-JP"/>
        </w:rPr>
        <w:t>上記を確認し、所属エリアチームへの加入を申し込みます。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7937"/>
      </w:tblGrid>
      <w:tr w:rsidR="00181718" w14:paraId="5CF8FDE7" w14:textId="77777777">
        <w:trPr>
          <w:trHeight w:val="460"/>
          <w:jc w:val="center"/>
        </w:trPr>
        <w:tc>
          <w:tcPr>
            <w:tcW w:w="2381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05227E" w14:textId="77777777" w:rsidR="00181718" w:rsidRDefault="00000000">
            <w:proofErr w:type="spellStart"/>
            <w:r>
              <w:rPr>
                <w:b/>
                <w:sz w:val="19"/>
              </w:rPr>
              <w:t>申込日</w:t>
            </w:r>
            <w:proofErr w:type="spellEnd"/>
          </w:p>
        </w:tc>
        <w:tc>
          <w:tcPr>
            <w:tcW w:w="7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0925B9" w14:textId="77777777" w:rsidR="00181718" w:rsidRDefault="00000000">
            <w:r>
              <w:rPr>
                <w:sz w:val="19"/>
              </w:rPr>
              <w:t xml:space="preserve">　　　　　年　　　月　　　日</w:t>
            </w:r>
          </w:p>
        </w:tc>
      </w:tr>
      <w:tr w:rsidR="00181718" w14:paraId="09A5FF36" w14:textId="77777777">
        <w:trPr>
          <w:trHeight w:val="580"/>
          <w:jc w:val="center"/>
        </w:trPr>
        <w:tc>
          <w:tcPr>
            <w:tcW w:w="2381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315CA3" w14:textId="77777777" w:rsidR="00181718" w:rsidRDefault="00000000">
            <w:proofErr w:type="spellStart"/>
            <w:r>
              <w:rPr>
                <w:b/>
                <w:sz w:val="19"/>
              </w:rPr>
              <w:t>代表者署名</w:t>
            </w:r>
            <w:proofErr w:type="spellEnd"/>
          </w:p>
        </w:tc>
        <w:tc>
          <w:tcPr>
            <w:tcW w:w="7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BBAB44" w14:textId="77777777" w:rsidR="00181718" w:rsidRDefault="00000000">
            <w:r>
              <w:rPr>
                <w:sz w:val="19"/>
              </w:rPr>
              <w:t xml:space="preserve">　　　　　　　　　　　　　　　　　　　　　　　　　　　　　　　</w:t>
            </w:r>
          </w:p>
        </w:tc>
      </w:tr>
    </w:tbl>
    <w:p w14:paraId="14DB72AD" w14:textId="77777777" w:rsidR="00D81B75" w:rsidRDefault="00D81B75">
      <w:pPr>
        <w:spacing w:before="100"/>
        <w:rPr>
          <w:b/>
          <w:sz w:val="18"/>
          <w:lang w:eastAsia="ja-JP"/>
        </w:rPr>
      </w:pPr>
    </w:p>
    <w:p w14:paraId="458ADD56" w14:textId="6045A241" w:rsidR="00181718" w:rsidRDefault="00000000">
      <w:pPr>
        <w:spacing w:before="100"/>
        <w:rPr>
          <w:lang w:eastAsia="ja-JP"/>
        </w:rPr>
      </w:pPr>
      <w:r>
        <w:rPr>
          <w:b/>
          <w:sz w:val="18"/>
          <w:lang w:eastAsia="ja-JP"/>
        </w:rPr>
        <w:t>提出先：所属を希望するエリアチームの代表者</w:t>
      </w:r>
    </w:p>
    <w:sectPr w:rsidR="00181718" w:rsidSect="00034616">
      <w:footerReference w:type="default" r:id="rId8"/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028E3" w14:textId="77777777" w:rsidR="00EC1DBF" w:rsidRDefault="00EC1DBF">
      <w:r>
        <w:separator/>
      </w:r>
    </w:p>
  </w:endnote>
  <w:endnote w:type="continuationSeparator" w:id="0">
    <w:p w14:paraId="29DD5F54" w14:textId="77777777" w:rsidR="00EC1DBF" w:rsidRDefault="00EC1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801B5" w14:textId="77777777" w:rsidR="00181718" w:rsidRDefault="00000000">
    <w:pPr>
      <w:pStyle w:val="a7"/>
      <w:jc w:val="center"/>
      <w:rPr>
        <w:lang w:eastAsia="ja-JP"/>
      </w:rPr>
    </w:pPr>
    <w:r>
      <w:rPr>
        <w:sz w:val="16"/>
        <w:lang w:eastAsia="ja-JP"/>
      </w:rPr>
      <w:t>兵庫こども食堂ネットワーク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CFBFA" w14:textId="77777777" w:rsidR="00EC1DBF" w:rsidRDefault="00EC1DBF">
      <w:r>
        <w:separator/>
      </w:r>
    </w:p>
  </w:footnote>
  <w:footnote w:type="continuationSeparator" w:id="0">
    <w:p w14:paraId="51DE7096" w14:textId="77777777" w:rsidR="00EC1DBF" w:rsidRDefault="00EC1D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77909">
    <w:abstractNumId w:val="8"/>
  </w:num>
  <w:num w:numId="2" w16cid:durableId="1402295139">
    <w:abstractNumId w:val="6"/>
  </w:num>
  <w:num w:numId="3" w16cid:durableId="2019310745">
    <w:abstractNumId w:val="5"/>
  </w:num>
  <w:num w:numId="4" w16cid:durableId="1561014017">
    <w:abstractNumId w:val="4"/>
  </w:num>
  <w:num w:numId="5" w16cid:durableId="262616799">
    <w:abstractNumId w:val="7"/>
  </w:num>
  <w:num w:numId="6" w16cid:durableId="775059893">
    <w:abstractNumId w:val="3"/>
  </w:num>
  <w:num w:numId="7" w16cid:durableId="1683778548">
    <w:abstractNumId w:val="2"/>
  </w:num>
  <w:num w:numId="8" w16cid:durableId="714888045">
    <w:abstractNumId w:val="1"/>
  </w:num>
  <w:num w:numId="9" w16cid:durableId="397049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4B65"/>
    <w:rsid w:val="000F73B5"/>
    <w:rsid w:val="0015074B"/>
    <w:rsid w:val="00181718"/>
    <w:rsid w:val="001D5D2E"/>
    <w:rsid w:val="00285A4D"/>
    <w:rsid w:val="0029639D"/>
    <w:rsid w:val="002E1312"/>
    <w:rsid w:val="00326F90"/>
    <w:rsid w:val="005460EB"/>
    <w:rsid w:val="00686B5F"/>
    <w:rsid w:val="007221D5"/>
    <w:rsid w:val="0087158A"/>
    <w:rsid w:val="00891CB3"/>
    <w:rsid w:val="009655DA"/>
    <w:rsid w:val="009A5775"/>
    <w:rsid w:val="009D6E3A"/>
    <w:rsid w:val="00AA1D8D"/>
    <w:rsid w:val="00B47730"/>
    <w:rsid w:val="00CB0664"/>
    <w:rsid w:val="00D81B75"/>
    <w:rsid w:val="00E86DDA"/>
    <w:rsid w:val="00EC1DBF"/>
    <w:rsid w:val="00F003E2"/>
    <w:rsid w:val="00FA1C2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CD37EE"/>
  <w14:defaultImageDpi w14:val="300"/>
  <w15:docId w15:val="{C4BD1D44-9A66-D640-8294-18383B839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Yu Gothic" w:eastAsia="Yu Gothic" w:hAnsi="Yu Gothic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190</Words>
  <Characters>1085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大介 福本</cp:lastModifiedBy>
  <cp:revision>10</cp:revision>
  <dcterms:created xsi:type="dcterms:W3CDTF">2026-07-11T04:09:00Z</dcterms:created>
  <dcterms:modified xsi:type="dcterms:W3CDTF">2026-09-30T13:46:00Z</dcterms:modified>
  <cp:category/>
</cp:coreProperties>
</file>